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8568"/>
      </w:tblGrid>
      <w:tr>
        <w:tc>
          <w:tcPr>
            <w:tcW w:type="dxa" w:w="5234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932688" cy="82864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croppe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88" cy="8286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4"/>
          </w:tcPr>
          <w:p>
            <w:pPr>
              <w:spacing w:before="160"/>
            </w:pPr>
            <w:r/>
            <w:r>
              <w:rPr>
                <w:rFonts w:ascii="Arial" w:hAnsi="Arial"/>
                <w:b/>
                <w:color w:val="123F7B"/>
                <w:sz w:val="18"/>
              </w:rPr>
              <w:t>ТУРОПЕРАТОР АСТЕРА</w:t>
            </w:r>
          </w:p>
          <w:p>
            <w:pPr>
              <w:spacing w:before="120"/>
            </w:pPr>
            <w:r>
              <w:rPr>
                <w:rFonts w:ascii="Arial" w:hAnsi="Arial"/>
                <w:b/>
                <w:color w:val="000000"/>
                <w:sz w:val="28"/>
              </w:rPr>
              <w:t>ОПРОСНЫЙ ЛИСТ - ТАИЛАНД</w:t>
            </w:r>
          </w:p>
          <w:p>
            <w:pPr>
              <w:spacing w:before="100"/>
            </w:pPr>
            <w:r>
              <w:rPr>
                <w:rFonts w:ascii="Arial" w:hAnsi="Arial"/>
                <w:color w:val="263746"/>
                <w:sz w:val="16"/>
              </w:rPr>
              <w:t>Для подготовки заявления на электронную визу</w:t>
            </w:r>
          </w:p>
        </w:tc>
      </w:tr>
    </w:tbl>
    <w:p>
      <w:pPr>
        <w:spacing w:after="160"/>
        <w:pBdr>
          <w:bottom w:val="single" w:sz="12" w:color="123F7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256"/>
      </w:tblGrid>
      <w:tr>
        <w:trPr>
          <w:trHeight w:val="475" w:hRule="atLeast"/>
        </w:trPr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Агентство / менеджер</w:t>
            </w:r>
          </w:p>
        </w:tc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Дата заполнения</w:t>
            </w:r>
          </w:p>
        </w:tc>
      </w:tr>
    </w:tbl>
    <w:p>
      <w:pPr>
        <w:spacing w:before="80" w:after="0" w:line="240" w:lineRule="auto"/>
      </w:pPr>
      <w:r>
        <w:rPr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256"/>
      </w:tblGrid>
      <w:tr>
        <w:trPr>
          <w:trHeight w:val="360" w:hRule="atLeast"/>
        </w:trPr>
        <w:tc>
          <w:tcPr>
            <w:tcW w:type="dxa" w:w="10468"/>
            <w:gridSpan w:val="2"/>
            <w:shd w:fill="EAF0F6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23F7B"/>
                <w:sz w:val="16"/>
              </w:rPr>
              <w:t>ЗАЯВИТЕЛЬ</w:t>
            </w:r>
          </w:p>
        </w:tc>
      </w:tr>
      <w:tr>
        <w:trPr>
          <w:trHeight w:val="475" w:hRule="atLeast"/>
        </w:trPr>
        <w:tc>
          <w:tcPr>
            <w:tcW w:type="dxa" w:w="10468"/>
            <w:gridSpan w:val="2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Фамилия и имя латиницей, как в загранпаспорте</w:t>
            </w:r>
          </w:p>
        </w:tc>
      </w:tr>
      <w:tr>
        <w:trPr>
          <w:trHeight w:val="475" w:hRule="atLeast"/>
        </w:trPr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Прежние имена / фамилии</w:t>
            </w:r>
          </w:p>
        </w:tc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Дата и место рождения</w:t>
            </w:r>
          </w:p>
        </w:tc>
      </w:tr>
      <w:tr>
        <w:trPr>
          <w:trHeight w:val="475" w:hRule="atLeast"/>
        </w:trPr>
        <w:tc>
          <w:tcPr>
            <w:tcW w:type="dxa" w:w="10468"/>
            <w:gridSpan w:val="2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Гражданство / страна постоянного проживания</w:t>
            </w:r>
          </w:p>
        </w:tc>
      </w:tr>
      <w:tr>
        <w:trPr>
          <w:trHeight w:val="475" w:hRule="atLeast"/>
        </w:trPr>
        <w:tc>
          <w:tcPr>
            <w:tcW w:type="dxa" w:w="10468"/>
            <w:gridSpan w:val="2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Загранпаспорт: номер, дата выдачи, срок действия</w:t>
            </w:r>
          </w:p>
        </w:tc>
      </w:tr>
      <w:tr>
        <w:trPr>
          <w:trHeight w:val="475" w:hRule="atLeast"/>
        </w:trPr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Адрес проживания</w:t>
            </w:r>
          </w:p>
        </w:tc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Телефон и электронная почта</w:t>
            </w:r>
          </w:p>
        </w:tc>
      </w:tr>
    </w:tbl>
    <w:p>
      <w:pPr>
        <w:spacing w:before="80" w:after="0" w:line="240" w:lineRule="auto"/>
      </w:pPr>
      <w:r>
        <w:rPr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256"/>
      </w:tblGrid>
      <w:tr>
        <w:trPr>
          <w:trHeight w:val="360" w:hRule="atLeast"/>
        </w:trPr>
        <w:tc>
          <w:tcPr>
            <w:tcW w:type="dxa" w:w="10468"/>
            <w:gridSpan w:val="2"/>
            <w:shd w:fill="EAF0F6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23F7B"/>
                <w:sz w:val="16"/>
              </w:rPr>
              <w:t>ЗАНЯТОСТЬ И ПОЕЗДКА</w:t>
            </w:r>
          </w:p>
        </w:tc>
      </w:tr>
      <w:tr>
        <w:trPr>
          <w:trHeight w:val="475" w:hRule="atLeast"/>
        </w:trPr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Должность / род занятий</w:t>
            </w:r>
          </w:p>
        </w:tc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Работодатель: название, адрес, телефон</w:t>
            </w:r>
          </w:p>
        </w:tc>
      </w:tr>
      <w:tr>
        <w:trPr>
          <w:trHeight w:val="475" w:hRule="atLeast"/>
        </w:trPr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Цель и категория визы</w:t>
            </w:r>
          </w:p>
        </w:tc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Даты въезда и выезда</w:t>
            </w:r>
          </w:p>
        </w:tc>
      </w:tr>
      <w:tr>
        <w:trPr>
          <w:trHeight w:val="475" w:hRule="atLeast"/>
        </w:trPr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Пункт въезда / рейс</w:t>
            </w:r>
          </w:p>
        </w:tc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Количество въездов (если выбирается)</w:t>
            </w:r>
          </w:p>
        </w:tc>
      </w:tr>
      <w:tr>
        <w:trPr>
          <w:trHeight w:val="475" w:hRule="atLeast"/>
        </w:trPr>
        <w:tc>
          <w:tcPr>
            <w:tcW w:type="dxa" w:w="10468"/>
            <w:gridSpan w:val="2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Место проживания в Таиланде: название, адрес, телефон</w:t>
            </w:r>
          </w:p>
        </w:tc>
      </w:tr>
      <w:tr>
        <w:trPr>
          <w:trHeight w:val="475" w:hRule="atLeast"/>
        </w:trPr>
        <w:tc>
          <w:tcPr>
            <w:tcW w:type="dxa" w:w="10468"/>
            <w:gridSpan w:val="2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Контакт в Таиланде (если есть)</w:t>
            </w:r>
          </w:p>
        </w:tc>
      </w:tr>
      <w:tr>
        <w:trPr>
          <w:trHeight w:val="475" w:hRule="atLeast"/>
        </w:trPr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Кто оплачивает поездку</w:t>
            </w:r>
          </w:p>
        </w:tc>
        <w:tc>
          <w:tcPr>
            <w:tcW w:type="dxa" w:w="5234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6"/>
              </w:rPr>
              <w:t>Сопровождающие дети (если есть)</w:t>
            </w:r>
          </w:p>
        </w:tc>
      </w:tr>
    </w:tbl>
    <w:p>
      <w:pPr>
        <w:spacing w:before="80" w:after="0" w:line="240" w:lineRule="auto"/>
      </w:pPr>
      <w:r>
        <w:rPr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256"/>
      </w:tblGrid>
      <w:tr>
        <w:trPr>
          <w:trHeight w:val="360" w:hRule="atLeast"/>
        </w:trPr>
        <w:tc>
          <w:tcPr>
            <w:tcW w:type="dxa" w:w="10468"/>
            <w:gridSpan w:val="2"/>
            <w:shd w:fill="EAF0F6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color w:val="123F7B"/>
                <w:sz w:val="16"/>
              </w:rPr>
              <w:t>ДЛЯ СВЕРКИ ДОКУМЕНТОВ</w:t>
            </w:r>
          </w:p>
        </w:tc>
      </w:tr>
      <w:tr>
        <w:trPr>
          <w:trHeight w:val="475" w:hRule="atLeast"/>
        </w:trPr>
        <w:tc>
          <w:tcPr>
            <w:tcW w:type="dxa" w:w="10468"/>
            <w:gridSpan w:val="2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Предыдущие визы / поездки в Таиланд (если есть)</w:t>
            </w:r>
          </w:p>
        </w:tc>
      </w:tr>
      <w:tr>
        <w:trPr>
          <w:trHeight w:val="475" w:hRule="atLeast"/>
        </w:trPr>
        <w:tc>
          <w:tcPr>
            <w:tcW w:type="dxa" w:w="10468"/>
            <w:gridSpan w:val="2"/>
            <w:vAlign w:val="top"/>
            <w:tcMar>
              <w:top w:w="60" w:type="dxa"/>
              <w:start w:w="60" w:type="dxa"/>
              <w:bottom w:w="40" w:type="dxa"/>
              <w:end w:w="60" w:type="dxa"/>
            </w:tcMar>
            <w:tcBorders>
              <w:bottom w:val="single" w:sz="5" w:color="8795A3"/>
            </w:tcBorders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color w:val="263746"/>
                <w:sz w:val="17"/>
              </w:rPr>
              <w:t>Где подаётся заявление: страна и город проживания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23F7B"/>
          <w:sz w:val="17"/>
        </w:rPr>
        <w:t>ПОДТВЕРЖДЕНИЕ ЗАЯВИТЕЛЯ</w:t>
      </w:r>
    </w:p>
    <w:p>
      <w:pPr>
        <w:spacing w:after="80" w:line="269" w:lineRule="auto"/>
      </w:pPr>
      <w:r>
        <w:rPr>
          <w:rFonts w:ascii="Arial" w:hAnsi="Arial"/>
          <w:color w:val="263746"/>
          <w:sz w:val="16"/>
        </w:rPr>
        <w:t>Подтверждаю полноту и достоверность представленных мной сведений. Мне известно, что ошибки и недостоверные сведения могут повлиять на рассмотрение заявления. Решение о выдаче визы и сроках рассмотрения принимает уполномоченный орган иностранного государства. Туроператор «Астера» отвечает за исполнение согласованных услуг в соответствии с договором и законом. Согласие на обработку персональных данных оформляется отдельно.</w:t>
      </w:r>
    </w:p>
    <w:p>
      <w:r>
        <w:rPr>
          <w:rFonts w:ascii="Arial" w:hAnsi="Arial"/>
          <w:color w:val="23374A"/>
          <w:sz w:val="16"/>
        </w:rPr>
        <w:t>Дата __________________    Ф.И.О. _____________________________________    Подпись ______________</w:t>
      </w:r>
    </w:p>
    <w:sectPr w:rsidR="00FC693F" w:rsidRPr="0006063C" w:rsidSect="00034616">
      <w:footerReference w:type="default" r:id="rId10"/>
      <w:pgSz w:w="11909" w:h="16834"/>
      <w:pgMar w:top="547" w:right="720" w:bottom="619" w:left="720" w:header="216" w:footer="3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263746"/>
        <w:sz w:val="14"/>
      </w:rPr>
      <w:t>Внутренний опросный лист. Официальную визовую анкету оформляют отдельно.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